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כסף וצרכנות - יסודות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בסיסיות בתחום הכסף והצרכנות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מצבי קנייה ותשלום יומיומיים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מושגים כמו חיסכון, ריבית, מחיר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לשים כסף בצד לעתיד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שטרות ומטבעות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המחיר יכול לעלות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תוספת תשלום על הכסף שלוויתי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לא ללחוץ ולבדוק עם 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כמה מהמוצר יש בשוק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יש אמצעי תשלום דיגיטליים כמו תשלום בטלפון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אושר תלוי בהרבה דברים, לא רק בכסף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זו הונאה אפשרית, אסור לתת פרטים אישיים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כסף שנשמר אפשר להשתמש בו כשצריך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יש חוקים שמגנים על כל הצרכנים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אשראי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חיסכון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תלונה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ריבית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התאמה: מילה ומשמעות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(שטרות ומטבעות)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(כסף שנשמר לעתיד)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(כמה אנשים רוצים לקנות)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(כמות המוצר בשוק)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(תוספת תשלום על הלוואה)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מצבים מהחיים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חופשית, לדוגמה: אוכל, כרטיס אוטובוס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לענות, לבדוק עם מבוגר, לא לשלוח 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כדי להיות מוכנים להוצאות בעתיד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בסיסית של אמצעי תשלום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הגיונית לחיסכון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תגובה זהירה והימנעות ממסירת 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בעל פה לפני הכתיבה, במיוחד מילים 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בדוגמאות מוחשיות כמו קניות אמיתיות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שימוש במילון המצויר לצד הדף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כסף וצרכנות - יסודות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מילים פשוטות על כסף, קנייה וחיסכון.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מזומן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בפועל - שטרות ומטבעות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אשראי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תשלום בכרטיס, לא במזומן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חיסכון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כסף בצד לשימוש בעתיד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ריבית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תוספת כסף שמקבלים או משלמים על הלוואה או חיסכון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כסף צריך לשלם על דבר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ביקוש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אנשים רוצים לקנות משהו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היצע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מהמוצר יש בשוק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תלונה צרכנית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פנייה כשיש בעיה עם מוצר או שירות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חיסכון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לבזבז כסף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לשים כסף בצד לעתיד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לקנות דברים יקרים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לשלם מס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כסף אפשר להחזיק ביד?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כרטיס אשראי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שטרות ומטבעות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הודעה בטלפון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חשבון בבנק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אם הרבה אנשים רוצים לקנות - מה קורה למחיר?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המחיר יורד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המחיר יכול לעלות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המוצר נעלם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שינוי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משלמים כשלוקחים הלוואה?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הנחה על המוצר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תוספת תשלום על הכסף שלוויתי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מתנה מהבנק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 על קנייה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כשמקבלים הודעה מוזרה על כסף?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לשלוח מיד פרטי 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ללחוץ ולבדוק עם מבוגר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להעביר לחברים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לענות בכעס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המילה היצע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כמות הכסף בכיס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כמה מהמוצר יש בשוק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המחיר של המוצר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קניות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לשלם גם בטלפון הנייד ולא רק במזומן.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תמיד קונה אושר.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לתת מספר כרטיס אשראי בהודעה מאדם לא מוכר.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חיסכון עוזר להתכונן לדברים בעתיד.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אדם יש אותן זכויות כצרכן, גם אם הוא צעיר.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כשאני קונה משהו בלי לשלם מזומן, אני משלם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כסף שאני שם בצד לעתיד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כמה כסף צריך לשלם על מוצר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אם אני לא מרוצה ממוצר, אפשר להגיש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כסף שמקבלים כתוספת על הלוואה 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התאמה: מילה ומשמעות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מזומן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כסף שנשמר לעתיד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חיסכון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שטרות ומטבעות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ביקוש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כמות המוצר בשוק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היצע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תוספת תשלום על הלוואה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ריבית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כמה אנשים רוצים לקנות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מצבים מהחיים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יש לך 50 שקל. כתבו שתי דוגמאות למה אפשר לקנות איתם.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קיבלתם הודעה שאתם זכיתם בפרס גדול אבל צריך לשלוח פרטי בנק. מה תעשו?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כדאי לחסוך כסף גם כשיש מספיק עכשיו?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מזומן לאשראי?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למצב שבו כדאי לחסוך כסף.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אם מקבלים הודעה חשודה על כסף?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כסף וצרכנות - יסודות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