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כסף וצרכנות - יסודות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בסיסיות בתחום הכסף והצרכנות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מצבי קנייה ותשלום יומיומיים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מושגים כמו חיסכון, ריבית, מחיר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לשים כסף בצד לעתיד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שטרות ומטבעות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יש אמצעי תשלום דיגיטליים כמו תשלום בטלפון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אושר תלוי בהרבה דברים, לא רק בכסף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זו הונאה אפשרית, אסור לתת פרטים אישיים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אשראי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חיסכון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התאמה: מילה ומשמעות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(שטרות ומטבעות)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(כסף שנשמר לעתיד)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(כמה אנשים רוצים לקנות)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(כמות המוצר בשוק)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מצבים מהחיים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חופשית, לדוגמה: אוכל, כרטיס אוטובוס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בסיסית של אמצעי תשלום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הגיונית לחיסכון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תגובה זהירה והימנעות ממסירת 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בעל פה לפני הכתיבה, במיוחד מילים חדשות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בדוגמאות מוחשיות כמו קניות אמיתיות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שימוש במילון המצויר לצד הדף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כסף וצרכנות - יסודות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מילים ומצבים הקשורים לכסף, קנייה וחיסכון, כפי שלומדים בנושאי הכסף בראש.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חיסכון  ·  אשראי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זה חיסכון?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לבזבז כסף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לשים כסף בצד לעתיד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לקנות דברים יקרים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זה מזומן?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כרטיס אשראי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שטרות ומטבעות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הודעה בטלפון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לשלם גם בטלפון הנייד ולא רק במזומן.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כסף תמיד קונה אושר.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כדאי לתת מספר כרטיס אשראי בהודעה מאדם לא מוכר.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כשאני קונה משהו בלי לשלם מזומן, אני משלם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כסף שאני שם בצד לעתיד נקרא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התאמה: מילה ומשמעות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מזומן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כמה אנשים רוצים לקנות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חיסכון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שטרות ומטבעות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ביקוש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כמות המוצר בשוק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היצע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כסף שנשמר לעתיד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מצבים מהחיים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יש לך 50 שקל. כתבו שתי דוגמאות למה אפשר לקנות איתם.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מזומן לאשראי?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למצב שבו כדאי לחסוך כסף.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כסף וצרכנות - יסודות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